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2900" w14:textId="77777777" w:rsidR="00EB27A6" w:rsidRDefault="00C73BB6">
      <w:pPr>
        <w:jc w:val="center"/>
      </w:pPr>
      <w:r>
        <w:rPr>
          <w:b/>
          <w:sz w:val="48"/>
        </w:rPr>
        <w:t>MAGICAL LUMA</w:t>
      </w:r>
    </w:p>
    <w:p w14:paraId="7D0CEF8A" w14:textId="77777777" w:rsidR="00EB27A6" w:rsidRDefault="00C73BB6">
      <w:pPr>
        <w:jc w:val="center"/>
      </w:pPr>
      <w:r>
        <w:rPr>
          <w:i/>
          <w:sz w:val="24"/>
        </w:rPr>
        <w:t>Little nights. Big memories.</w:t>
      </w:r>
    </w:p>
    <w:p w14:paraId="744E7BCA" w14:textId="77777777" w:rsidR="00EB27A6" w:rsidRDefault="00C73BB6">
      <w:pPr>
        <w:jc w:val="center"/>
      </w:pPr>
      <w:r>
        <w:rPr>
          <w:b/>
          <w:sz w:val="36"/>
        </w:rPr>
        <w:t>BOOKING TERMS &amp; CONDITIONS</w:t>
      </w:r>
    </w:p>
    <w:p w14:paraId="01EFDB90" w14:textId="77777777" w:rsidR="00EB27A6" w:rsidRDefault="00C73BB6">
      <w:pPr>
        <w:jc w:val="center"/>
      </w:pPr>
      <w:r>
        <w:t>Last updated: [DATE]</w:t>
      </w:r>
    </w:p>
    <w:p w14:paraId="69C6DB6E" w14:textId="77777777" w:rsidR="00EB27A6" w:rsidRDefault="00C73BB6">
      <w:r>
        <w:t>These Terms &amp; Conditions apply to all sleepover and party equipment hire bookings made with Magical Luma. By paying the booking deposit, the customer confirms that they have read and accepted these Terms &amp; Conditions.</w:t>
      </w:r>
    </w:p>
    <w:p w14:paraId="0CDD0D0B" w14:textId="77777777" w:rsidR="00EB27A6" w:rsidRDefault="00C73BB6">
      <w:r>
        <w:rPr>
          <w:b/>
          <w:sz w:val="26"/>
        </w:rPr>
        <w:t>1. Booking &amp; Payment</w:t>
      </w:r>
    </w:p>
    <w:p w14:paraId="174A0FB4" w14:textId="77777777" w:rsidR="00EB27A6" w:rsidRDefault="00C73BB6">
      <w:r>
        <w:t>1. A booking is only confirmed once Magical Luma has received the required 30% booking deposit.</w:t>
      </w:r>
    </w:p>
    <w:p w14:paraId="0F49226B" w14:textId="77777777" w:rsidR="00EB27A6" w:rsidRDefault="00C73BB6">
      <w:r>
        <w:t>2. The remaining balance is payable 7 days before the date of the booking.</w:t>
      </w:r>
    </w:p>
    <w:p w14:paraId="03BA14ED" w14:textId="77777777" w:rsidR="00EB27A6" w:rsidRDefault="00C73BB6">
      <w:r>
        <w:t>3. If the balance is not received by the due date, Magical Luma may cancel the booking and retain the deposit, subject to the customer's statutory rights.</w:t>
      </w:r>
    </w:p>
    <w:p w14:paraId="14C18877" w14:textId="77777777" w:rsidR="00EB27A6" w:rsidRDefault="00C73BB6">
      <w:r>
        <w:t>4. Bookings made less than 7 days before the event date must be paid in full at the time of booking.</w:t>
      </w:r>
    </w:p>
    <w:p w14:paraId="5F9CF1D4" w14:textId="77777777" w:rsidR="00EB27A6" w:rsidRDefault="00C73BB6">
      <w:r>
        <w:t>5. Magical Luma accepts payment by the methods shown at the time of booking.</w:t>
      </w:r>
    </w:p>
    <w:p w14:paraId="22F63F7D" w14:textId="77777777" w:rsidR="00EB27A6" w:rsidRDefault="00C73BB6">
      <w:r>
        <w:t>6. Prices are those displayed at the time the booking is made. Any additional items requested after booking will be charged at the applicable price.</w:t>
      </w:r>
    </w:p>
    <w:p w14:paraId="5BEE6058" w14:textId="77777777" w:rsidR="00EB27A6" w:rsidRDefault="00C73BB6">
      <w:r>
        <w:rPr>
          <w:b/>
          <w:sz w:val="26"/>
        </w:rPr>
        <w:t>2. What Your Booking Includes</w:t>
      </w:r>
    </w:p>
    <w:p w14:paraId="62F30A2D" w14:textId="77777777" w:rsidR="00EB27A6" w:rsidRDefault="00C73BB6">
      <w:r>
        <w:t>1. Your chosen package includes the equipment, styling and services specifically listed in your booking confirmation.</w:t>
      </w:r>
    </w:p>
    <w:p w14:paraId="20DA4401" w14:textId="77777777" w:rsidR="00EB27A6" w:rsidRDefault="00C73BB6">
      <w:r>
        <w:t>2. Standard sleepover equipment may include teepees, foam mattresses, mattress protectors, fitted sheets, blankets, decorative cushions, fairy lights, individual lanterns/night lights, breakfast trays, drinks bottles/cups, treat holders, themed decorations and accessories, personalised details where included, and delivery, set-up and collection within the agreed service area.</w:t>
      </w:r>
    </w:p>
    <w:p w14:paraId="706FA42A" w14:textId="77777777" w:rsidR="00EB27A6" w:rsidRDefault="00C73BB6">
      <w:r>
        <w:t>3. Exact colours, accessories and decorative items may vary slightly from photographs depending on availability. Magical Luma will always aim to maintain the overall look and quality of the chosen theme.</w:t>
      </w:r>
    </w:p>
    <w:p w14:paraId="05F9DC3E" w14:textId="77777777" w:rsidR="00EB27A6" w:rsidRDefault="00C73BB6">
      <w:r>
        <w:rPr>
          <w:b/>
          <w:sz w:val="26"/>
        </w:rPr>
        <w:t>3. Delivery, Set-Up &amp; Collection</w:t>
      </w:r>
    </w:p>
    <w:p w14:paraId="5D82E919" w14:textId="77777777" w:rsidR="00EB27A6" w:rsidRDefault="00C73BB6">
      <w:r>
        <w:lastRenderedPageBreak/>
        <w:t>1. Magical Luma will agree a delivery/set-up and collection time with the customer in advance.</w:t>
      </w:r>
    </w:p>
    <w:p w14:paraId="0235553A" w14:textId="77777777" w:rsidR="00EB27A6" w:rsidRDefault="00C73BB6">
      <w:r>
        <w:t>2. An adult aged 18 or over must be present for delivery and collection unless otherwise agreed in writing.</w:t>
      </w:r>
    </w:p>
    <w:p w14:paraId="5313502F" w14:textId="77777777" w:rsidR="00EB27A6" w:rsidRDefault="00C73BB6">
      <w:r>
        <w:t>3. The customer must provide Magical Luma with safe and reasonable access to the property.</w:t>
      </w:r>
    </w:p>
    <w:p w14:paraId="26F80B2C" w14:textId="77777777" w:rsidR="00EB27A6" w:rsidRDefault="00C73BB6">
      <w:r>
        <w:t>4. The area where the sleepover is to be installed must be clear, clean, dry and suitable before our arrival.</w:t>
      </w:r>
    </w:p>
    <w:p w14:paraId="14D15747" w14:textId="77777777" w:rsidR="00EB27A6" w:rsidRDefault="00C73BB6">
      <w:r>
        <w:t>5. Magical Luma reserves the right to refuse set-up if the intended area is considered unsafe or unsuitable.</w:t>
      </w:r>
    </w:p>
    <w:p w14:paraId="3E0DEC6D" w14:textId="77777777" w:rsidR="00EB27A6" w:rsidRDefault="00C73BB6">
      <w:r>
        <w:t>6. The customer is responsible for providing sufficient space for the agreed number of teepees.</w:t>
      </w:r>
    </w:p>
    <w:p w14:paraId="3733DCD4" w14:textId="77777777" w:rsidR="00EB27A6" w:rsidRDefault="00C73BB6">
      <w:r>
        <w:t>7. Where access involves stairs, narrow access, difficult parking or other unusual circumstances, the customer must inform Magical Luma at the time of booking.</w:t>
      </w:r>
    </w:p>
    <w:p w14:paraId="5BAB7294" w14:textId="77777777" w:rsidR="00EB27A6" w:rsidRDefault="00C73BB6">
      <w:r>
        <w:t>8. Magical Luma cannot be responsible for delays caused by circumstances outside our reasonable control, including severe weather, road closures, traffic accidents or other unforeseen events.</w:t>
      </w:r>
    </w:p>
    <w:p w14:paraId="5B576F21" w14:textId="77777777" w:rsidR="00EB27A6" w:rsidRDefault="00C73BB6">
      <w:r>
        <w:rPr>
          <w:b/>
          <w:sz w:val="26"/>
        </w:rPr>
        <w:t>4. Children's Safety &amp; Supervision</w:t>
      </w:r>
    </w:p>
    <w:p w14:paraId="444F3D40" w14:textId="77777777" w:rsidR="00EB27A6" w:rsidRDefault="00C73BB6">
      <w:r>
        <w:t>1. Magical Luma provides equipment hire and styling only. We do not provide childcare, supervision or overnight supervision.</w:t>
      </w:r>
    </w:p>
    <w:p w14:paraId="2EED882F" w14:textId="77777777" w:rsidR="00EB27A6" w:rsidRDefault="00C73BB6">
      <w:r>
        <w:t>2. A parent, guardian or other responsible adult remains responsible for the children throughout the booking.</w:t>
      </w:r>
    </w:p>
    <w:p w14:paraId="698E34EF" w14:textId="77777777" w:rsidR="00EB27A6" w:rsidRDefault="00C73BB6">
      <w:r>
        <w:t>3. The customer is responsible for ensuring that all children using the equipment are supervised appropriately.</w:t>
      </w:r>
    </w:p>
    <w:p w14:paraId="0F91A811" w14:textId="77777777" w:rsidR="00EB27A6" w:rsidRDefault="00C73BB6">
      <w:r>
        <w:t>4. Children must not be left unattended with candles, hot drinks, electrical equipment or any other potentially hazardous item.</w:t>
      </w:r>
    </w:p>
    <w:p w14:paraId="61E95596" w14:textId="77777777" w:rsidR="00EB27A6" w:rsidRDefault="00C73BB6">
      <w:r>
        <w:t>5. Magical Luma's equipment must be used only for its intended purpose.</w:t>
      </w:r>
    </w:p>
    <w:p w14:paraId="4F854B49" w14:textId="77777777" w:rsidR="00EB27A6" w:rsidRDefault="00C73BB6">
      <w:r>
        <w:t>6. Children must not climb on, hang from or swing from the teepee frames.</w:t>
      </w:r>
    </w:p>
    <w:p w14:paraId="47A609A8" w14:textId="77777777" w:rsidR="00EB27A6" w:rsidRDefault="00C73BB6">
      <w:r>
        <w:t>7. No naked flames, candles, incense, fireworks or other fire hazards may be used near the equipment.</w:t>
      </w:r>
    </w:p>
    <w:p w14:paraId="47CD5F94" w14:textId="77777777" w:rsidR="00EB27A6" w:rsidRDefault="00C73BB6">
      <w:r>
        <w:t>8. The customer must inform Magical Luma before the booking of any relevant allergies, accessibility requirements or other information that may reasonably affect the safe provision of the service.</w:t>
      </w:r>
    </w:p>
    <w:p w14:paraId="2CD879AC" w14:textId="77777777" w:rsidR="00EB27A6" w:rsidRDefault="00C73BB6">
      <w:r>
        <w:rPr>
          <w:b/>
          <w:sz w:val="26"/>
        </w:rPr>
        <w:t>5. Hygiene &amp; Cleaning</w:t>
      </w:r>
    </w:p>
    <w:p w14:paraId="07C08B36" w14:textId="77777777" w:rsidR="00EB27A6" w:rsidRDefault="00C73BB6">
      <w:r>
        <w:t>1. Magical Luma takes hygiene seriously and all washable bedding and fabrics will be cleaned between bookings.</w:t>
      </w:r>
    </w:p>
    <w:p w14:paraId="00A9544A" w14:textId="77777777" w:rsidR="00EB27A6" w:rsidRDefault="00C73BB6">
      <w:r>
        <w:t>2. Equipment will be inspected and cleaned between bookings as appropriate.</w:t>
      </w:r>
    </w:p>
    <w:p w14:paraId="7B133ACD" w14:textId="77777777" w:rsidR="00EB27A6" w:rsidRDefault="00C73BB6">
      <w:r>
        <w:lastRenderedPageBreak/>
        <w:t>3. The customer must not allow children to use the equipment while eating or drinking unless the items provided by Magical Luma are specifically intended for that purpose.</w:t>
      </w:r>
    </w:p>
    <w:p w14:paraId="2BC3B2DA" w14:textId="77777777" w:rsidR="00EB27A6" w:rsidRDefault="00C73BB6">
      <w:r>
        <w:t>4. Food and drink must be kept away from mattresses and bedding wherever reasonably possible.</w:t>
      </w:r>
    </w:p>
    <w:p w14:paraId="0DB11543" w14:textId="77777777" w:rsidR="00EB27A6" w:rsidRDefault="00C73BB6">
      <w:r>
        <w:t>5. In the event of illness, vomiting, bedwetting or other contamination, the customer must inform Magical Luma when the equipment is collected.</w:t>
      </w:r>
    </w:p>
    <w:p w14:paraId="5D896A6E" w14:textId="77777777" w:rsidR="00EB27A6" w:rsidRDefault="00C73BB6">
      <w:r>
        <w:t>6. Additional cleaning or replacement charges may apply where equipment has been unusually soiled or contaminated, subject to the terms relating to damage below.</w:t>
      </w:r>
    </w:p>
    <w:p w14:paraId="7BC4D58C" w14:textId="77777777" w:rsidR="00EB27A6" w:rsidRDefault="00C73BB6">
      <w:r>
        <w:rPr>
          <w:b/>
          <w:sz w:val="26"/>
        </w:rPr>
        <w:t>6. Damage, Loss &amp; Excessive Cleaning</w:t>
      </w:r>
    </w:p>
    <w:p w14:paraId="49416906" w14:textId="77777777" w:rsidR="00EB27A6" w:rsidRDefault="00C73BB6">
      <w:r>
        <w:t>1. The customer is responsible for taking reasonable care of all Magical Luma equipment while it is in their possession.</w:t>
      </w:r>
    </w:p>
    <w:p w14:paraId="6D66ED1C" w14:textId="77777777" w:rsidR="00EB27A6" w:rsidRDefault="00C73BB6">
      <w:r>
        <w:t>2. The customer must notify Magical Luma as soon as reasonably possible if any item is damaged, lost or broken.</w:t>
      </w:r>
    </w:p>
    <w:p w14:paraId="20A33486" w14:textId="77777777" w:rsidR="00EB27A6" w:rsidRDefault="00C73BB6">
      <w:r>
        <w:t>3. Reasonable wear and tear will not be charged.</w:t>
      </w:r>
    </w:p>
    <w:p w14:paraId="3022BB24" w14:textId="77777777" w:rsidR="00EB27A6" w:rsidRDefault="00C73BB6">
      <w:r>
        <w:t>4. The customer may be charged for the reasonable cost of repairing or replacing equipment that has been damaged or lost through misuse, negligence or deliberate action.</w:t>
      </w:r>
    </w:p>
    <w:p w14:paraId="3F723257" w14:textId="77777777" w:rsidR="00EB27A6" w:rsidRDefault="00C73BB6">
      <w:r>
        <w:t>5. Charges will be based on the actual reasonable cost of repair or replacement rather than an arbitrary penalty.</w:t>
      </w:r>
    </w:p>
    <w:p w14:paraId="1B01FA6A" w14:textId="77777777" w:rsidR="00EB27A6" w:rsidRDefault="00C73BB6">
      <w:r>
        <w:t>6. Where possible, Magical Luma will discuss any damage with the customer before charging for repairs or replacement.</w:t>
      </w:r>
    </w:p>
    <w:p w14:paraId="35F080F0" w14:textId="77777777" w:rsidR="00EB27A6" w:rsidRDefault="00C73BB6">
      <w:r>
        <w:rPr>
          <w:b/>
          <w:sz w:val="26"/>
        </w:rPr>
        <w:t>7. Cancellation by the Customer</w:t>
      </w:r>
    </w:p>
    <w:p w14:paraId="668F3527" w14:textId="77777777" w:rsidR="00EB27A6" w:rsidRDefault="00C73BB6">
      <w:r>
        <w:t>1. The customer may cancel their booking by contacting Magical Luma in writing.</w:t>
      </w:r>
    </w:p>
    <w:p w14:paraId="1EF6FB54" w14:textId="77777777" w:rsidR="00EB27A6" w:rsidRDefault="00C73BB6">
      <w:r>
        <w:t>2. The booking deposit is non-refundable where the customer cancels, except where the law requires otherwise.</w:t>
      </w:r>
    </w:p>
    <w:p w14:paraId="0414770C" w14:textId="77777777" w:rsidR="00EB27A6" w:rsidRDefault="00C73BB6">
      <w:r>
        <w:t>3. Where cancellation takes place more than 7 days before the booking, Magical Luma may offer the customer the option to transfer the booking to an alternative available date, subject to availability.</w:t>
      </w:r>
    </w:p>
    <w:p w14:paraId="2027BD4F" w14:textId="77777777" w:rsidR="00EB27A6" w:rsidRDefault="00C73BB6">
      <w:r>
        <w:t>4. Where cancellation takes place 7 days or less before the booking, the full balance remains payable where Magical Luma is unable to re-let the date, subject to the customer's statutory rights.</w:t>
      </w:r>
    </w:p>
    <w:p w14:paraId="2F965126" w14:textId="77777777" w:rsidR="00EB27A6" w:rsidRDefault="00C73BB6">
      <w:r>
        <w:t>5. If Magical Luma is able to rebook the date, we may offer a refund or partial refund at our discretion, taking into account any costs already incurred.</w:t>
      </w:r>
    </w:p>
    <w:p w14:paraId="34B3E34A" w14:textId="77777777" w:rsidR="00EB27A6" w:rsidRDefault="00C73BB6">
      <w:r>
        <w:rPr>
          <w:b/>
          <w:sz w:val="26"/>
        </w:rPr>
        <w:lastRenderedPageBreak/>
        <w:t>8. Changes to a Booking</w:t>
      </w:r>
    </w:p>
    <w:p w14:paraId="74236878" w14:textId="77777777" w:rsidR="00EB27A6" w:rsidRDefault="00C73BB6">
      <w:r>
        <w:t>1. Requests to change the date, number of children, theme or additional items should be made as early as possible.</w:t>
      </w:r>
    </w:p>
    <w:p w14:paraId="0D6BB497" w14:textId="77777777" w:rsidR="00EB27A6" w:rsidRDefault="00C73BB6">
      <w:r>
        <w:t>2. Date changes are subject to availability.</w:t>
      </w:r>
    </w:p>
    <w:p w14:paraId="77FBB508" w14:textId="77777777" w:rsidR="00EB27A6" w:rsidRDefault="00C73BB6">
      <w:r>
        <w:t>3. Increasing the number of children may incur an additional charge.</w:t>
      </w:r>
    </w:p>
    <w:p w14:paraId="0E5CEC3F" w14:textId="77777777" w:rsidR="00EB27A6" w:rsidRDefault="00C73BB6">
      <w:r>
        <w:t>4. Reducing the number of children does not automatically entitle the customer to a refund of the difference after the booking has been confirmed.</w:t>
      </w:r>
    </w:p>
    <w:p w14:paraId="1DDFD593" w14:textId="77777777" w:rsidR="00EB27A6" w:rsidRDefault="00C73BB6">
      <w:r>
        <w:t>5. Magical Luma will always try to accommodate reasonable changes where possible.</w:t>
      </w:r>
    </w:p>
    <w:p w14:paraId="2F113415" w14:textId="77777777" w:rsidR="00EB27A6" w:rsidRDefault="00C73BB6">
      <w:r>
        <w:rPr>
          <w:b/>
          <w:sz w:val="26"/>
        </w:rPr>
        <w:t>9. Illness</w:t>
      </w:r>
    </w:p>
    <w:p w14:paraId="4207CEA3" w14:textId="77777777" w:rsidR="00EB27A6" w:rsidRDefault="00C73BB6">
      <w:r>
        <w:t>1. If a child is unwell before the booking, the customer should contact Magical Luma as soon as possible.</w:t>
      </w:r>
    </w:p>
    <w:p w14:paraId="408F2838" w14:textId="77777777" w:rsidR="00EB27A6" w:rsidRDefault="00C73BB6">
      <w:r>
        <w:t>2. Where contagious illness is present, Magical Luma may recommend postponing the booking to protect future customers and our equipment.</w:t>
      </w:r>
    </w:p>
    <w:p w14:paraId="4F06C07D" w14:textId="77777777" w:rsidR="00EB27A6" w:rsidRDefault="00C73BB6">
      <w:r>
        <w:t>3. Any rearrangement or refund will be dealt with in accordance with the cancellation and booking-change terms and the customer's statutory rights.</w:t>
      </w:r>
    </w:p>
    <w:p w14:paraId="51135493" w14:textId="77777777" w:rsidR="00EB27A6" w:rsidRDefault="00C73BB6">
      <w:r>
        <w:rPr>
          <w:b/>
          <w:sz w:val="26"/>
        </w:rPr>
        <w:t>10. Allergies &amp; Personalisation</w:t>
      </w:r>
    </w:p>
    <w:p w14:paraId="6DA06B15" w14:textId="77777777" w:rsidR="00EB27A6" w:rsidRDefault="00C73BB6">
      <w:r>
        <w:t>1. The customer is responsible for providing accurate information about allergies or sensitivities relevant to their booking.</w:t>
      </w:r>
    </w:p>
    <w:p w14:paraId="3E39031C" w14:textId="77777777" w:rsidR="00EB27A6" w:rsidRDefault="00C73BB6">
      <w:r>
        <w:t>2. Magical Luma cannot guarantee an allergen-free environment where third-party products, food, fabrics or decorations are used.</w:t>
      </w:r>
    </w:p>
    <w:p w14:paraId="2C391407" w14:textId="77777777" w:rsidR="00EB27A6" w:rsidRDefault="00C73BB6">
      <w:r>
        <w:t>3. Personalised products must be checked by the customer for spelling and other details before production where the customer has been given an opportunity to do so.</w:t>
      </w:r>
    </w:p>
    <w:p w14:paraId="24C215A1" w14:textId="77777777" w:rsidR="00EB27A6" w:rsidRDefault="00C73BB6">
      <w:r>
        <w:t>4. Personalised items may not be refundable where they have already been made specifically for the customer, subject to applicable consumer rights.</w:t>
      </w:r>
    </w:p>
    <w:p w14:paraId="44C48719" w14:textId="77777777" w:rsidR="00EB27A6" w:rsidRDefault="00C73BB6">
      <w:r>
        <w:rPr>
          <w:b/>
          <w:sz w:val="26"/>
        </w:rPr>
        <w:t>11. Photographs &amp; Social Media</w:t>
      </w:r>
    </w:p>
    <w:p w14:paraId="427F9A1B" w14:textId="77777777" w:rsidR="00EB27A6" w:rsidRDefault="00C73BB6">
      <w:r>
        <w:t>1. Magical Luma may photograph its own equipment and styled setups for portfolio, website and social media purposes.</w:t>
      </w:r>
    </w:p>
    <w:p w14:paraId="3447D759" w14:textId="77777777" w:rsidR="00EB27A6" w:rsidRDefault="00C73BB6">
      <w:r>
        <w:t>2. We will not publish identifiable photographs of children without appropriate permission from their parent or guardian.</w:t>
      </w:r>
    </w:p>
    <w:p w14:paraId="431D4D7E" w14:textId="77777777" w:rsidR="00EB27A6" w:rsidRDefault="00C73BB6">
      <w:r>
        <w:lastRenderedPageBreak/>
        <w:t>3. Customers may opt out of photographs of their setup being used for marketing purposes by informing Magical Luma before the booking.</w:t>
      </w:r>
    </w:p>
    <w:p w14:paraId="5632C4A5" w14:textId="77777777" w:rsidR="00EB27A6" w:rsidRDefault="00C73BB6">
      <w:r>
        <w:rPr>
          <w:b/>
          <w:sz w:val="26"/>
        </w:rPr>
        <w:t>12. Magical Luma Cancelling a Booking</w:t>
      </w:r>
    </w:p>
    <w:p w14:paraId="74AEE107" w14:textId="77777777" w:rsidR="00EB27A6" w:rsidRDefault="00C73BB6">
      <w:r>
        <w:t>1. Magical Luma reserves the right to cancel a booking where circumstances outside our reasonable control make fulfilment impossible or unsafe.</w:t>
      </w:r>
    </w:p>
    <w:p w14:paraId="73FBC9BE" w14:textId="77777777" w:rsidR="00EB27A6" w:rsidRDefault="00C73BB6">
      <w:r>
        <w:t>2. Where Magical Luma cancels a booking and cannot provide a suitable alternative date or service, the customer will receive a refund of payments made for the affected booking, subject to applicable law.</w:t>
      </w:r>
    </w:p>
    <w:p w14:paraId="1D777623" w14:textId="77777777" w:rsidR="00EB27A6" w:rsidRDefault="00C73BB6">
      <w:r>
        <w:t>3. Magical Luma will make reasonable efforts to provide as much notice as possible.</w:t>
      </w:r>
    </w:p>
    <w:p w14:paraId="0AFBD6CA" w14:textId="77777777" w:rsidR="00EB27A6" w:rsidRDefault="00C73BB6">
      <w:r>
        <w:rPr>
          <w:b/>
          <w:sz w:val="26"/>
        </w:rPr>
        <w:t>13. Circumstances Outside Our Control</w:t>
      </w:r>
    </w:p>
    <w:p w14:paraId="7A6BAE17" w14:textId="77777777" w:rsidR="00EB27A6" w:rsidRDefault="00C73BB6">
      <w:r>
        <w:t>1. Magical Luma will not be liable for failure or delay caused by circumstances reasonably outside our control, including extreme weather, road closures, traffic accidents, natural disasters, government restrictions, serious illness, equipment transport problems or other unforeseen circumstances beyond our reasonable control.</w:t>
      </w:r>
    </w:p>
    <w:p w14:paraId="100296BA" w14:textId="77777777" w:rsidR="00EB27A6" w:rsidRDefault="00C73BB6">
      <w:r>
        <w:t>2. Where this happens, Magical Luma will work with the customer to find a reasonable solution.</w:t>
      </w:r>
    </w:p>
    <w:p w14:paraId="4E5D267A" w14:textId="77777777" w:rsidR="00EB27A6" w:rsidRDefault="00C73BB6">
      <w:r>
        <w:rPr>
          <w:b/>
          <w:sz w:val="26"/>
        </w:rPr>
        <w:t>14. Liability</w:t>
      </w:r>
    </w:p>
    <w:p w14:paraId="6699E60B" w14:textId="77777777" w:rsidR="00EB27A6" w:rsidRDefault="00C73BB6">
      <w:r>
        <w:t>1. Magical Luma will take reasonable care in providing its services and maintaining its equipment.</w:t>
      </w:r>
    </w:p>
    <w:p w14:paraId="391B1807" w14:textId="77777777" w:rsidR="00EB27A6" w:rsidRDefault="00C73BB6">
      <w:r>
        <w:t>2. Nothing in these Terms &amp; Conditions excludes or limits any liability that cannot legally be excluded or limited.</w:t>
      </w:r>
    </w:p>
    <w:p w14:paraId="5F758AD3" w14:textId="77777777" w:rsidR="00EB27A6" w:rsidRDefault="00C73BB6">
      <w:r>
        <w:t>3. Magical Luma is not responsible for injury, loss or damage arising from misuse of the equipment, failure to follow safety instructions, or inadequate adult supervision.</w:t>
      </w:r>
    </w:p>
    <w:p w14:paraId="3B5BA907" w14:textId="77777777" w:rsidR="00EB27A6" w:rsidRDefault="00C73BB6">
      <w:r>
        <w:t>4. These terms do not affect the customer's statutory rights.</w:t>
      </w:r>
    </w:p>
    <w:p w14:paraId="46704C5B" w14:textId="77777777" w:rsidR="00EB27A6" w:rsidRDefault="00C73BB6">
      <w:r>
        <w:rPr>
          <w:b/>
          <w:sz w:val="26"/>
        </w:rPr>
        <w:t>15. Complaints</w:t>
      </w:r>
    </w:p>
    <w:p w14:paraId="5D2E1E97" w14:textId="77777777" w:rsidR="00EB27A6" w:rsidRDefault="00C73BB6">
      <w:r>
        <w:t>1. Any concerns should be raised with Magical Luma as soon as reasonably possible.</w:t>
      </w:r>
    </w:p>
    <w:p w14:paraId="4D587766" w14:textId="77777777" w:rsidR="00EB27A6" w:rsidRDefault="00C73BB6">
      <w:r>
        <w:t>2. We will aim to investigate and resolve complaints fairly and promptly.</w:t>
      </w:r>
    </w:p>
    <w:p w14:paraId="55E95726" w14:textId="77777777" w:rsidR="00EB27A6" w:rsidRDefault="00C73BB6">
      <w:r>
        <w:rPr>
          <w:b/>
          <w:sz w:val="26"/>
        </w:rPr>
        <w:t>16. Agreement</w:t>
      </w:r>
    </w:p>
    <w:p w14:paraId="73C13780" w14:textId="77777777" w:rsidR="00EB27A6" w:rsidRDefault="00C73BB6">
      <w:r>
        <w:t xml:space="preserve">1. By completing a booking and paying the deposit, the customer confirms that they have provided accurate booking information, have read these Terms &amp; Conditions, agree to the booking and payment terms, accept </w:t>
      </w:r>
      <w:r>
        <w:lastRenderedPageBreak/>
        <w:t>responsibility for the equipment during the hire period, and understand that Magical Luma provides equipment hire and styling and not childcare.</w:t>
      </w:r>
    </w:p>
    <w:p w14:paraId="567B1C84" w14:textId="77777777" w:rsidR="00EB27A6" w:rsidRDefault="00C73BB6">
      <w:pPr>
        <w:jc w:val="center"/>
      </w:pPr>
      <w:r>
        <w:rPr>
          <w:b/>
          <w:sz w:val="28"/>
        </w:rPr>
        <w:t>MAGICAL LUMA</w:t>
      </w:r>
    </w:p>
    <w:p w14:paraId="4C01C6E6" w14:textId="77777777" w:rsidR="00EB27A6" w:rsidRDefault="00C73BB6">
      <w:pPr>
        <w:jc w:val="center"/>
      </w:pPr>
      <w:r>
        <w:t xml:space="preserve">Little nights. Big memories. </w:t>
      </w:r>
      <w:r>
        <w:t>🌙</w:t>
      </w:r>
    </w:p>
    <w:p w14:paraId="7B384250" w14:textId="77777777" w:rsidR="00EB27A6" w:rsidRDefault="00C73BB6">
      <w:pPr>
        <w:jc w:val="center"/>
      </w:pPr>
      <w:r>
        <w:rPr>
          <w:sz w:val="18"/>
        </w:rPr>
        <w:t>Falkirk &amp; Central Scotland</w:t>
      </w:r>
      <w:r>
        <w:rPr>
          <w:sz w:val="18"/>
        </w:rPr>
        <w:br/>
        <w:t>@magical.luma</w:t>
      </w:r>
      <w:r>
        <w:rPr>
          <w:sz w:val="18"/>
        </w:rPr>
        <w:br/>
        <w:t>[Email] | [Website]</w:t>
      </w:r>
    </w:p>
    <w:sectPr w:rsidR="00EB27A6" w:rsidSect="00034616">
      <w:head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B0AF6" w14:textId="77777777" w:rsidR="00C73BB6" w:rsidRDefault="00C73BB6">
      <w:pPr>
        <w:spacing w:after="0" w:line="240" w:lineRule="auto"/>
      </w:pPr>
      <w:r>
        <w:separator/>
      </w:r>
    </w:p>
  </w:endnote>
  <w:endnote w:type="continuationSeparator" w:id="0">
    <w:p w14:paraId="289C31CB" w14:textId="77777777" w:rsidR="00C73BB6" w:rsidRDefault="00C7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B9FA0" w14:textId="77777777" w:rsidR="00C73BB6" w:rsidRDefault="00C73BB6">
      <w:pPr>
        <w:spacing w:after="0" w:line="240" w:lineRule="auto"/>
      </w:pPr>
      <w:r>
        <w:separator/>
      </w:r>
    </w:p>
  </w:footnote>
  <w:footnote w:type="continuationSeparator" w:id="0">
    <w:p w14:paraId="5E72E7B0" w14:textId="77777777" w:rsidR="00C73BB6" w:rsidRDefault="00C73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9F4D" w14:textId="77777777" w:rsidR="00EB27A6" w:rsidRDefault="00C73BB6">
    <w:pPr>
      <w:pStyle w:val="Header"/>
      <w:jc w:val="center"/>
    </w:pPr>
    <w:r>
      <w:rPr>
        <w:noProof/>
      </w:rPr>
      <w:drawing>
        <wp:inline distT="0" distB="0" distL="0" distR="0" wp14:anchorId="63D4C842" wp14:editId="75136FDA">
          <wp:extent cx="1325880" cy="1325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D785A2-608F-44F3-AF3B-F790B3C4F9A5.jpeg"/>
                  <pic:cNvPicPr/>
                </pic:nvPicPr>
                <pic:blipFill>
                  <a:blip r:embed="rId1"/>
                  <a:stretch>
                    <a:fillRect/>
                  </a:stretch>
                </pic:blipFill>
                <pic:spPr>
                  <a:xfrm>
                    <a:off x="0" y="0"/>
                    <a:ext cx="1325880" cy="1325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96716875">
    <w:abstractNumId w:val="8"/>
  </w:num>
  <w:num w:numId="2" w16cid:durableId="851066627">
    <w:abstractNumId w:val="6"/>
  </w:num>
  <w:num w:numId="3" w16cid:durableId="619460435">
    <w:abstractNumId w:val="5"/>
  </w:num>
  <w:num w:numId="4" w16cid:durableId="804005627">
    <w:abstractNumId w:val="4"/>
  </w:num>
  <w:num w:numId="5" w16cid:durableId="321010612">
    <w:abstractNumId w:val="7"/>
  </w:num>
  <w:num w:numId="6" w16cid:durableId="2097087810">
    <w:abstractNumId w:val="3"/>
  </w:num>
  <w:num w:numId="7" w16cid:durableId="1789885754">
    <w:abstractNumId w:val="2"/>
  </w:num>
  <w:num w:numId="8" w16cid:durableId="431362366">
    <w:abstractNumId w:val="1"/>
  </w:num>
  <w:num w:numId="9" w16cid:durableId="1812940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03453"/>
    <w:rsid w:val="00AA1D8D"/>
    <w:rsid w:val="00B47730"/>
    <w:rsid w:val="00C73BB6"/>
    <w:rsid w:val="00CB0664"/>
    <w:rsid w:val="00D172EB"/>
    <w:rsid w:val="00EB27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F240C6"/>
  <w14:defaultImageDpi w14:val="300"/>
  <w15:docId w15:val="{7E0B3AE5-B021-442B-B5F8-AA6FAA6BF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1472</Words>
  <Characters>8394</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Robinson</cp:lastModifiedBy>
  <cp:revision>2</cp:revision>
  <dcterms:created xsi:type="dcterms:W3CDTF">2026-10-02T15:43:00Z</dcterms:created>
  <dcterms:modified xsi:type="dcterms:W3CDTF">2026-10-02T15:43:00Z</dcterms:modified>
  <cp:category/>
</cp:coreProperties>
</file>